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C6BD1" w14:textId="34C1E50B" w:rsidR="00186B6D" w:rsidRPr="007E482D" w:rsidRDefault="00497EEB">
      <w:pPr>
        <w:pStyle w:val="Tytu"/>
        <w:rPr>
          <w:lang w:val="pl-PL"/>
        </w:rPr>
      </w:pPr>
      <w:r>
        <w:rPr>
          <w:lang w:val="pl-PL"/>
        </w:rPr>
        <w:t>ZGŁOSZENIE</w:t>
      </w:r>
      <w:r w:rsidR="001C142B">
        <w:rPr>
          <w:lang w:val="pl-PL"/>
        </w:rPr>
        <w:t xml:space="preserve"> SZKO</w:t>
      </w:r>
      <w:r>
        <w:rPr>
          <w:lang w:val="pl-PL"/>
        </w:rPr>
        <w:t>ŁY</w:t>
      </w:r>
    </w:p>
    <w:p w14:paraId="78112357" w14:textId="7A9F70EE" w:rsidR="00186B6D" w:rsidRDefault="00000000" w:rsidP="007E482D">
      <w:pPr>
        <w:ind w:firstLine="720"/>
        <w:jc w:val="right"/>
        <w:rPr>
          <w:lang w:val="pl-PL"/>
        </w:rPr>
      </w:pPr>
      <w:r w:rsidRPr="007E482D">
        <w:rPr>
          <w:lang w:val="pl-PL"/>
        </w:rPr>
        <w:t xml:space="preserve">Miejscowość: </w:t>
      </w:r>
      <w:r w:rsidR="007E482D">
        <w:rPr>
          <w:lang w:val="pl-PL"/>
        </w:rPr>
        <w:t>…</w:t>
      </w:r>
      <w:r w:rsidR="003B28CE">
        <w:rPr>
          <w:lang w:val="pl-PL"/>
        </w:rPr>
        <w:t>…</w:t>
      </w:r>
      <w:r w:rsidR="007E482D">
        <w:rPr>
          <w:lang w:val="pl-PL"/>
        </w:rPr>
        <w:t>……….</w:t>
      </w:r>
      <w:r w:rsidRPr="007E482D">
        <w:rPr>
          <w:lang w:val="pl-PL"/>
        </w:rPr>
        <w:t>........................................    Data: ........................................</w:t>
      </w:r>
      <w:r w:rsidRPr="007E482D">
        <w:rPr>
          <w:lang w:val="pl-PL"/>
        </w:rPr>
        <w:br/>
      </w:r>
    </w:p>
    <w:p w14:paraId="0F9C079E" w14:textId="0F0EADC5" w:rsidR="00497EEB" w:rsidRPr="007E482D" w:rsidRDefault="00497EEB" w:rsidP="00497EEB">
      <w:pPr>
        <w:rPr>
          <w:lang w:val="pl-PL"/>
        </w:rPr>
      </w:pPr>
      <w:r>
        <w:rPr>
          <w:lang w:val="pl-PL"/>
        </w:rPr>
        <w:t xml:space="preserve">Zgłaszam </w:t>
      </w:r>
      <w:r w:rsidR="00F95CB2">
        <w:rPr>
          <w:lang w:val="pl-PL"/>
        </w:rPr>
        <w:t>s</w:t>
      </w:r>
      <w:r>
        <w:rPr>
          <w:lang w:val="pl-PL"/>
        </w:rPr>
        <w:t>zkoł</w:t>
      </w:r>
      <w:r w:rsidR="00F95CB2">
        <w:rPr>
          <w:lang w:val="pl-PL"/>
        </w:rPr>
        <w:t>ę</w:t>
      </w:r>
      <w:r>
        <w:rPr>
          <w:lang w:val="pl-PL"/>
        </w:rPr>
        <w:t xml:space="preserve"> (nazwa)</w:t>
      </w:r>
      <w:r w:rsidR="00F95CB2">
        <w:rPr>
          <w:lang w:val="pl-PL"/>
        </w:rPr>
        <w:t>:</w:t>
      </w:r>
      <w:r>
        <w:rPr>
          <w:lang w:val="pl-PL"/>
        </w:rPr>
        <w:t xml:space="preserve"> ……</w:t>
      </w:r>
      <w:r w:rsidR="00F95CB2">
        <w:rPr>
          <w:lang w:val="pl-PL"/>
        </w:rPr>
        <w:t>…………..</w:t>
      </w:r>
      <w:r>
        <w:rPr>
          <w:lang w:val="pl-PL"/>
        </w:rPr>
        <w:t>………………………………………………………………………………..</w:t>
      </w:r>
    </w:p>
    <w:p w14:paraId="107B17D9" w14:textId="61BCDDE4" w:rsidR="00135819" w:rsidRDefault="00135819" w:rsidP="007E482D">
      <w:pPr>
        <w:spacing w:line="360" w:lineRule="auto"/>
        <w:rPr>
          <w:lang w:val="pl-PL"/>
        </w:rPr>
      </w:pPr>
      <w:r w:rsidRPr="007E482D">
        <w:rPr>
          <w:lang w:val="pl-PL"/>
        </w:rPr>
        <w:t>.......................................</w:t>
      </w:r>
      <w:r>
        <w:rPr>
          <w:lang w:val="pl-PL"/>
        </w:rPr>
        <w:t>..........................................................................................</w:t>
      </w:r>
      <w:r w:rsidRPr="007E482D">
        <w:rPr>
          <w:lang w:val="pl-PL"/>
        </w:rPr>
        <w:t>.</w:t>
      </w:r>
      <w:r>
        <w:rPr>
          <w:lang w:val="pl-PL"/>
        </w:rPr>
        <w:t>.............................................................</w:t>
      </w:r>
    </w:p>
    <w:p w14:paraId="08FA001E" w14:textId="32E15734" w:rsidR="00135819" w:rsidRDefault="00135819" w:rsidP="007E482D">
      <w:pPr>
        <w:spacing w:line="360" w:lineRule="auto"/>
        <w:rPr>
          <w:lang w:val="pl-PL"/>
        </w:rPr>
      </w:pPr>
      <w:r>
        <w:rPr>
          <w:lang w:val="pl-PL"/>
        </w:rPr>
        <w:t>miejscowoś</w:t>
      </w:r>
      <w:r w:rsidR="00175A78">
        <w:rPr>
          <w:lang w:val="pl-PL"/>
        </w:rPr>
        <w:t>ć</w:t>
      </w:r>
      <w:r>
        <w:rPr>
          <w:lang w:val="pl-PL"/>
        </w:rPr>
        <w:t xml:space="preserve"> …………………</w:t>
      </w:r>
      <w:r w:rsidR="00175A78">
        <w:rPr>
          <w:lang w:val="pl-PL"/>
        </w:rPr>
        <w:t>……..</w:t>
      </w:r>
      <w:r>
        <w:rPr>
          <w:lang w:val="pl-PL"/>
        </w:rPr>
        <w:t>………………………………………………………………………………………….</w:t>
      </w:r>
      <w:r w:rsidR="00175A78">
        <w:rPr>
          <w:lang w:val="pl-PL"/>
        </w:rPr>
        <w:t xml:space="preserve"> </w:t>
      </w:r>
      <w:r>
        <w:rPr>
          <w:lang w:val="pl-PL"/>
        </w:rPr>
        <w:t>.</w:t>
      </w:r>
    </w:p>
    <w:p w14:paraId="21A49B7D" w14:textId="36388F61" w:rsidR="00175A78" w:rsidRDefault="00175A78" w:rsidP="00497EEB">
      <w:pPr>
        <w:spacing w:line="360" w:lineRule="auto"/>
        <w:rPr>
          <w:lang w:val="pl-PL"/>
        </w:rPr>
      </w:pPr>
      <w:r>
        <w:rPr>
          <w:lang w:val="pl-PL"/>
        </w:rPr>
        <w:t>ulica i numer……………………………………………………………………………………………………………………..</w:t>
      </w:r>
    </w:p>
    <w:p w14:paraId="385A1AF0" w14:textId="4D46725F" w:rsidR="00175A78" w:rsidRDefault="00175A78" w:rsidP="00497EEB">
      <w:pPr>
        <w:spacing w:line="360" w:lineRule="auto"/>
        <w:rPr>
          <w:lang w:val="pl-PL"/>
        </w:rPr>
      </w:pPr>
      <w:r>
        <w:rPr>
          <w:lang w:val="pl-PL"/>
        </w:rPr>
        <w:t>kod pocztowy ………………………………….</w:t>
      </w:r>
    </w:p>
    <w:p w14:paraId="36724593" w14:textId="207DA232" w:rsidR="00175A78" w:rsidRDefault="0092551A" w:rsidP="00497EEB">
      <w:pPr>
        <w:spacing w:line="360" w:lineRule="auto"/>
        <w:rPr>
          <w:lang w:val="pl-PL"/>
        </w:rPr>
      </w:pPr>
      <w:r>
        <w:rPr>
          <w:lang w:val="pl-PL"/>
        </w:rPr>
        <w:t>e</w:t>
      </w:r>
      <w:r w:rsidR="00175A78">
        <w:rPr>
          <w:lang w:val="pl-PL"/>
        </w:rPr>
        <w:t>mail do korespondencji …………………………………………………………………………………………………..</w:t>
      </w:r>
    </w:p>
    <w:p w14:paraId="213965C8" w14:textId="55D81CF2" w:rsidR="00497EEB" w:rsidRDefault="0092551A" w:rsidP="00497EEB">
      <w:pPr>
        <w:spacing w:line="360" w:lineRule="auto"/>
        <w:rPr>
          <w:lang w:val="pl-PL"/>
        </w:rPr>
      </w:pPr>
      <w:r>
        <w:rPr>
          <w:lang w:val="pl-PL"/>
        </w:rPr>
        <w:t>w</w:t>
      </w:r>
      <w:r w:rsidR="00497EEB">
        <w:rPr>
          <w:lang w:val="pl-PL"/>
        </w:rPr>
        <w:t>ojewództwo ………………………………………………………………………………………………………………….</w:t>
      </w:r>
    </w:p>
    <w:p w14:paraId="160D0B84" w14:textId="18360A06" w:rsidR="0092551A" w:rsidRDefault="0092551A" w:rsidP="00497EEB">
      <w:pPr>
        <w:spacing w:line="360" w:lineRule="auto"/>
        <w:rPr>
          <w:lang w:val="pl-PL"/>
        </w:rPr>
      </w:pPr>
      <w:r>
        <w:rPr>
          <w:lang w:val="pl-PL"/>
        </w:rPr>
        <w:t>imię i nazwisko dyrektora szkoły ………………………………………………………………………………….</w:t>
      </w:r>
    </w:p>
    <w:p w14:paraId="1473968D" w14:textId="67753206" w:rsidR="00497EEB" w:rsidRDefault="00497EEB" w:rsidP="00497EEB">
      <w:pPr>
        <w:spacing w:line="360" w:lineRule="auto"/>
        <w:rPr>
          <w:lang w:val="pl-PL"/>
        </w:rPr>
      </w:pPr>
      <w:r>
        <w:rPr>
          <w:lang w:val="pl-PL"/>
        </w:rPr>
        <w:t xml:space="preserve">do udziału w </w:t>
      </w:r>
      <w:r w:rsidRPr="004E462F">
        <w:rPr>
          <w:b/>
          <w:bCs/>
          <w:lang w:val="pl-PL"/>
        </w:rPr>
        <w:t>Olimpiadzie Wiedzy i Umiejętności Lotniczych</w:t>
      </w:r>
      <w:r w:rsidR="00175A78">
        <w:rPr>
          <w:lang w:val="pl-PL"/>
        </w:rPr>
        <w:t xml:space="preserve"> w roku szk. 2026/2027</w:t>
      </w:r>
    </w:p>
    <w:p w14:paraId="2A20CAFF" w14:textId="2C789083" w:rsidR="00497EEB" w:rsidRDefault="00497EEB" w:rsidP="00F95CB2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Zobowiązuję się do powołania </w:t>
      </w:r>
      <w:r w:rsidRPr="007E482D">
        <w:rPr>
          <w:lang w:val="pl-PL"/>
        </w:rPr>
        <w:t>Komitet</w:t>
      </w:r>
      <w:r>
        <w:rPr>
          <w:lang w:val="pl-PL"/>
        </w:rPr>
        <w:t>u</w:t>
      </w:r>
      <w:r w:rsidRPr="007E482D">
        <w:rPr>
          <w:lang w:val="pl-PL"/>
        </w:rPr>
        <w:t xml:space="preserve"> Szkoln</w:t>
      </w:r>
      <w:r>
        <w:rPr>
          <w:lang w:val="pl-PL"/>
        </w:rPr>
        <w:t xml:space="preserve">ego Olimpiady Widzy i Umiejętności Lotniczych i przeprowadzenia zawodów etapu szkolnego zgodnie z Regulaminem Olimpiady </w:t>
      </w:r>
      <w:r w:rsidR="00F95CB2">
        <w:rPr>
          <w:lang w:val="pl-PL"/>
        </w:rPr>
        <w:t>Wiedzy i Umiejętności Lotniczych.</w:t>
      </w:r>
    </w:p>
    <w:p w14:paraId="5FEA86A5" w14:textId="353E4EE8" w:rsidR="00497EEB" w:rsidRDefault="005F2960" w:rsidP="005F2960">
      <w:pPr>
        <w:jc w:val="both"/>
        <w:rPr>
          <w:i/>
          <w:iCs/>
          <w:lang w:val="pl-PL"/>
        </w:rPr>
      </w:pPr>
      <w:r>
        <w:rPr>
          <w:lang w:val="pl-PL"/>
        </w:rPr>
        <w:t xml:space="preserve">Informuję, że do etapu szkolnego Olimpiady </w:t>
      </w:r>
      <w:r w:rsidRPr="005F2960">
        <w:rPr>
          <w:i/>
          <w:iCs/>
          <w:lang w:val="pl-PL"/>
        </w:rPr>
        <w:t>zgłosiło się …………………………… uczniów</w:t>
      </w:r>
      <w:r>
        <w:rPr>
          <w:lang w:val="pl-PL"/>
        </w:rPr>
        <w:t xml:space="preserve"> / </w:t>
      </w:r>
      <w:r w:rsidRPr="005F2960">
        <w:rPr>
          <w:i/>
          <w:iCs/>
          <w:lang w:val="pl-PL"/>
        </w:rPr>
        <w:t xml:space="preserve">liczba zgłoszonych uczniów zostanie przesłana mailem </w:t>
      </w:r>
      <w:r w:rsidR="00175A78">
        <w:rPr>
          <w:i/>
          <w:iCs/>
          <w:lang w:val="pl-PL"/>
        </w:rPr>
        <w:t xml:space="preserve">na adres olimpiady </w:t>
      </w:r>
      <w:r w:rsidRPr="005F2960">
        <w:rPr>
          <w:i/>
          <w:iCs/>
          <w:lang w:val="pl-PL"/>
        </w:rPr>
        <w:t xml:space="preserve">w terminie </w:t>
      </w:r>
      <w:r>
        <w:rPr>
          <w:i/>
          <w:iCs/>
          <w:lang w:val="pl-PL"/>
        </w:rPr>
        <w:t>zgodnym z terminarzem (załącznik 2 do regulaminu)*</w:t>
      </w:r>
    </w:p>
    <w:p w14:paraId="2D992A9B" w14:textId="0EC42EDC" w:rsidR="005B4BCC" w:rsidRPr="005B4BCC" w:rsidRDefault="005B4BCC" w:rsidP="005F2960">
      <w:pPr>
        <w:jc w:val="both"/>
        <w:rPr>
          <w:lang w:val="pl-PL"/>
        </w:rPr>
      </w:pPr>
      <w:r>
        <w:rPr>
          <w:lang w:val="pl-PL"/>
        </w:rPr>
        <w:t xml:space="preserve">Informuję, że w naszej szkole jest prowadzone/nie jest prowadzone* kształcenie w zawodach wskazanych w </w:t>
      </w:r>
      <w:bookmarkStart w:id="0" w:name="_Hlk227052170"/>
      <w:r w:rsidRPr="005B4BCC">
        <w:rPr>
          <w:b/>
          <w:bCs/>
          <w:lang w:val="pl-PL"/>
        </w:rPr>
        <w:t>§ 1</w:t>
      </w:r>
      <w:bookmarkEnd w:id="0"/>
      <w:r>
        <w:rPr>
          <w:b/>
          <w:bCs/>
          <w:lang w:val="pl-PL"/>
        </w:rPr>
        <w:t xml:space="preserve">.V.1 Regulaminu Olimpiady. </w:t>
      </w:r>
      <w:r>
        <w:rPr>
          <w:lang w:val="pl-PL"/>
        </w:rPr>
        <w:t>W związku z tym w załączniku do zgłoszenia wysyłam</w:t>
      </w:r>
      <w:r w:rsidR="0092551A">
        <w:rPr>
          <w:lang w:val="pl-PL"/>
        </w:rPr>
        <w:t>/ nie wysyłam* propozycję pytań.</w:t>
      </w:r>
      <w:r>
        <w:rPr>
          <w:lang w:val="pl-PL"/>
        </w:rPr>
        <w:t xml:space="preserve"> </w:t>
      </w:r>
    </w:p>
    <w:p w14:paraId="4A2D1A85" w14:textId="77777777" w:rsidR="004E462F" w:rsidRDefault="004E462F">
      <w:pPr>
        <w:rPr>
          <w:lang w:val="pl-PL"/>
        </w:rPr>
      </w:pPr>
    </w:p>
    <w:p w14:paraId="1C5754A3" w14:textId="3DB0F420" w:rsidR="007E482D" w:rsidRPr="00135819" w:rsidRDefault="004E462F" w:rsidP="005F2960">
      <w:pPr>
        <w:ind w:left="5040" w:firstLine="48"/>
        <w:rPr>
          <w:lang w:val="pl-PL"/>
        </w:rPr>
      </w:pPr>
      <w:r>
        <w:rPr>
          <w:lang w:val="pl-PL"/>
        </w:rPr>
        <w:t>…………………</w:t>
      </w:r>
      <w:r w:rsidRPr="007E482D">
        <w:rPr>
          <w:lang w:val="pl-PL"/>
        </w:rPr>
        <w:t>........................................</w:t>
      </w:r>
      <w:r w:rsidRPr="007E482D">
        <w:rPr>
          <w:lang w:val="pl-PL"/>
        </w:rPr>
        <w:br/>
        <w:t>Podpis</w:t>
      </w:r>
      <w:r>
        <w:rPr>
          <w:lang w:val="pl-PL"/>
        </w:rPr>
        <w:t xml:space="preserve"> i Pieczęć Dyrektora Szkoł</w:t>
      </w:r>
      <w:r w:rsidR="005F2960">
        <w:rPr>
          <w:lang w:val="pl-PL"/>
        </w:rPr>
        <w:t>y</w:t>
      </w:r>
    </w:p>
    <w:sectPr w:rsidR="007E482D" w:rsidRPr="00135819" w:rsidSect="00FE7D7A">
      <w:footerReference w:type="default" r:id="rId8"/>
      <w:footerReference w:type="first" r:id="rId9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4753A" w14:textId="77777777" w:rsidR="00DB3BE6" w:rsidRDefault="00DB3BE6" w:rsidP="007E482D">
      <w:pPr>
        <w:spacing w:after="0" w:line="240" w:lineRule="auto"/>
      </w:pPr>
      <w:r>
        <w:separator/>
      </w:r>
    </w:p>
  </w:endnote>
  <w:endnote w:type="continuationSeparator" w:id="0">
    <w:p w14:paraId="582F2E62" w14:textId="77777777" w:rsidR="00DB3BE6" w:rsidRDefault="00DB3BE6" w:rsidP="007E4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56A2" w14:textId="2536FD61" w:rsidR="007E482D" w:rsidRPr="007E482D" w:rsidRDefault="007E482D">
    <w:pPr>
      <w:pStyle w:val="Stopka"/>
      <w:rPr>
        <w:lang w:val="pl-PL"/>
      </w:rPr>
    </w:pPr>
    <w:r w:rsidRPr="007E482D">
      <w:rPr>
        <w:lang w:val="pl-PL"/>
      </w:rPr>
      <w:t>*</w:t>
    </w:r>
    <w:r>
      <w:rPr>
        <w:lang w:val="pl-PL"/>
      </w:rPr>
      <w:t xml:space="preserve">   -   </w:t>
    </w:r>
    <w:r w:rsidRPr="007E482D">
      <w:rPr>
        <w:lang w:val="pl-PL"/>
      </w:rPr>
      <w:t>niepotrzebne skreślić</w:t>
    </w:r>
    <w:r>
      <w:rPr>
        <w:lang w:val="pl-PL"/>
      </w:rPr>
      <w:br/>
    </w:r>
    <w:r w:rsidRPr="007E482D">
      <w:rPr>
        <w:lang w:val="pl-PL"/>
      </w:rPr>
      <w:t xml:space="preserve">** </w:t>
    </w:r>
    <w:r>
      <w:rPr>
        <w:lang w:val="pl-PL"/>
      </w:rPr>
      <w:t>- -</w:t>
    </w:r>
    <w:r w:rsidRPr="007E482D">
      <w:rPr>
        <w:lang w:val="pl-PL"/>
      </w:rPr>
      <w:t>podać imię i nazwisko</w:t>
    </w:r>
    <w:r>
      <w:rPr>
        <w:lang w:val="pl-PL"/>
      </w:rPr>
      <w:t xml:space="preserve"> oraz nazwę szkoły</w:t>
    </w:r>
    <w:r w:rsidR="001C142B">
      <w:rPr>
        <w:lang w:val="pl-PL"/>
      </w:rPr>
      <w:t>, gdy dotyczy ucznia z poza szkoły organizującej etap szkolny</w:t>
    </w:r>
    <w:r>
      <w:rPr>
        <w:lang w:val="pl-P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30E54" w14:textId="05D16E87" w:rsidR="005F2960" w:rsidRDefault="005F2960" w:rsidP="005F2960">
    <w:pPr>
      <w:pStyle w:val="Stopka"/>
    </w:pPr>
    <w:r>
      <w:t xml:space="preserve">* - </w:t>
    </w:r>
    <w:r w:rsidRPr="005F2960">
      <w:rPr>
        <w:lang w:val="pl-PL"/>
      </w:rPr>
      <w:t>Niepotrzebne</w:t>
    </w:r>
    <w:r>
      <w:rPr>
        <w:lang w:val="pl-PL"/>
      </w:rPr>
      <w:t xml:space="preserve">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9E213" w14:textId="77777777" w:rsidR="00DB3BE6" w:rsidRDefault="00DB3BE6" w:rsidP="007E482D">
      <w:pPr>
        <w:spacing w:after="0" w:line="240" w:lineRule="auto"/>
      </w:pPr>
      <w:r>
        <w:separator/>
      </w:r>
    </w:p>
  </w:footnote>
  <w:footnote w:type="continuationSeparator" w:id="0">
    <w:p w14:paraId="0FD5B351" w14:textId="77777777" w:rsidR="00DB3BE6" w:rsidRDefault="00DB3BE6" w:rsidP="007E48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A253BB"/>
    <w:multiLevelType w:val="hybridMultilevel"/>
    <w:tmpl w:val="AADC5486"/>
    <w:lvl w:ilvl="0" w:tplc="AF92F13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81316"/>
    <w:multiLevelType w:val="hybridMultilevel"/>
    <w:tmpl w:val="5EF43DA2"/>
    <w:lvl w:ilvl="0" w:tplc="96908B3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062111"/>
    <w:multiLevelType w:val="hybridMultilevel"/>
    <w:tmpl w:val="C22E18B2"/>
    <w:lvl w:ilvl="0" w:tplc="A96050EC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06942959">
    <w:abstractNumId w:val="8"/>
  </w:num>
  <w:num w:numId="2" w16cid:durableId="313337814">
    <w:abstractNumId w:val="6"/>
  </w:num>
  <w:num w:numId="3" w16cid:durableId="1420254470">
    <w:abstractNumId w:val="5"/>
  </w:num>
  <w:num w:numId="4" w16cid:durableId="1325864059">
    <w:abstractNumId w:val="4"/>
  </w:num>
  <w:num w:numId="5" w16cid:durableId="1991396072">
    <w:abstractNumId w:val="7"/>
  </w:num>
  <w:num w:numId="6" w16cid:durableId="1847403680">
    <w:abstractNumId w:val="3"/>
  </w:num>
  <w:num w:numId="7" w16cid:durableId="1451170959">
    <w:abstractNumId w:val="2"/>
  </w:num>
  <w:num w:numId="8" w16cid:durableId="1330718655">
    <w:abstractNumId w:val="1"/>
  </w:num>
  <w:num w:numId="9" w16cid:durableId="581911202">
    <w:abstractNumId w:val="0"/>
  </w:num>
  <w:num w:numId="10" w16cid:durableId="1268149830">
    <w:abstractNumId w:val="10"/>
  </w:num>
  <w:num w:numId="11" w16cid:durableId="1571422276">
    <w:abstractNumId w:val="11"/>
  </w:num>
  <w:num w:numId="12" w16cid:durableId="11417302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44E"/>
    <w:rsid w:val="00034616"/>
    <w:rsid w:val="0006063C"/>
    <w:rsid w:val="00132DBB"/>
    <w:rsid w:val="00135819"/>
    <w:rsid w:val="0015074B"/>
    <w:rsid w:val="00175A78"/>
    <w:rsid w:val="0018039E"/>
    <w:rsid w:val="00186B6D"/>
    <w:rsid w:val="001C142B"/>
    <w:rsid w:val="0029639D"/>
    <w:rsid w:val="002E1251"/>
    <w:rsid w:val="00326F90"/>
    <w:rsid w:val="00350E24"/>
    <w:rsid w:val="003B28CE"/>
    <w:rsid w:val="004446E8"/>
    <w:rsid w:val="00497EEB"/>
    <w:rsid w:val="004B2263"/>
    <w:rsid w:val="004E462F"/>
    <w:rsid w:val="004F7F3B"/>
    <w:rsid w:val="005042F8"/>
    <w:rsid w:val="00507EA1"/>
    <w:rsid w:val="005B4BCC"/>
    <w:rsid w:val="005F2960"/>
    <w:rsid w:val="0069169A"/>
    <w:rsid w:val="006F0E38"/>
    <w:rsid w:val="00762DC6"/>
    <w:rsid w:val="007E482D"/>
    <w:rsid w:val="0092551A"/>
    <w:rsid w:val="00AA1D8D"/>
    <w:rsid w:val="00B47730"/>
    <w:rsid w:val="00B9244E"/>
    <w:rsid w:val="00CB0664"/>
    <w:rsid w:val="00D62A58"/>
    <w:rsid w:val="00D85E24"/>
    <w:rsid w:val="00DB3BE6"/>
    <w:rsid w:val="00E31992"/>
    <w:rsid w:val="00E437B5"/>
    <w:rsid w:val="00E6060B"/>
    <w:rsid w:val="00E90033"/>
    <w:rsid w:val="00EB3E81"/>
    <w:rsid w:val="00F95CB2"/>
    <w:rsid w:val="00FC693F"/>
    <w:rsid w:val="00FE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E53E78"/>
  <w14:defaultImageDpi w14:val="300"/>
  <w15:docId w15:val="{983EB10C-E529-43C2-A9CA-F63CD355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 Jakubowski</cp:lastModifiedBy>
  <cp:revision>7</cp:revision>
  <dcterms:created xsi:type="dcterms:W3CDTF">2026-07-24T05:17:00Z</dcterms:created>
  <dcterms:modified xsi:type="dcterms:W3CDTF">2026-09-03T10:58:00Z</dcterms:modified>
  <cp:category/>
</cp:coreProperties>
</file>